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4320"/>
      </w:tblGrid>
      <w:tr>
        <w:tc>
          <w:tcPr>
            <w:tcW w:type="dxa" w:w="4320"/>
          </w:tcPr>
          <w:p>
            <w:r>
              <w:rPr>
                <w:b/>
                <w:color w:val="003366"/>
                <w:sz w:val="32"/>
              </w:rPr>
              <w:t>YOUR COMPANY NAME</w:t>
              <w:br/>
            </w:r>
            <w:r>
              <w:t>123 Business Rd.</w:t>
              <w:br/>
              <w:t>City, State, ZIP</w:t>
              <w:br/>
              <w:t>Phone: (123) 456-7890</w:t>
              <w:br/>
              <w:t>Email: contact@yourcompany.com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rPr>
                <w:b/>
                <w:color w:val="003366"/>
                <w:sz w:val="56"/>
              </w:rPr>
              <w:t>INVOICE</w:t>
              <w:br/>
            </w:r>
            <w:r>
              <w:t>Date: [MM/DD/YYYY]</w:t>
              <w:br/>
              <w:t>Invoice #: [INV-0001]</w:t>
              <w:br/>
              <w:t>Due Date: [MM/DD/YYYY]</w:t>
            </w:r>
          </w:p>
        </w:tc>
      </w:tr>
    </w:tbl>
    <w:p>
      <w:r>
        <w:br/>
      </w:r>
    </w:p>
    <w:p>
      <w:r>
        <w:rPr>
          <w:b/>
          <w:color w:val="003366"/>
          <w:sz w:val="24"/>
        </w:rPr>
        <w:t>BILL TO:</w:t>
        <w:br/>
      </w:r>
      <w:r>
        <w:t>[Client Name]</w:t>
        <w:br/>
        <w:t>[Client Company]</w:t>
        <w:br/>
        <w:t>[Client Address]</w:t>
        <w:br/>
        <w:t>[City, State, ZIP]</w:t>
        <w:br/>
        <w:t>[Client Email]</w:t>
      </w:r>
    </w:p>
    <w:p/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160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160"/>
          </w:tcPr>
          <w:p>
            <w:r>
              <w:t>[Item 1 Description]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[Item 2 Description]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[Item 3 Description]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[Item 4 Description]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</w:tbl>
    <w:p>
      <w:r>
        <w:br/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right"/>
            </w:pPr>
            <w:r>
              <w:t>Subtotal: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$0.00</w:t>
            </w:r>
          </w:p>
        </w:tc>
      </w:tr>
      <w:tr>
        <w:tc>
          <w:tcPr>
            <w:tcW w:type="dxa" w:w="4320"/>
          </w:tcPr>
          <w:p>
            <w:pPr>
              <w:jc w:val="right"/>
            </w:pPr>
            <w:r>
              <w:t>Tax (0%):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$0.00</w:t>
            </w:r>
          </w:p>
        </w:tc>
      </w:tr>
      <w:tr>
        <w:tc>
          <w:tcPr>
            <w:tcW w:type="dxa" w:w="4320"/>
          </w:tcPr>
          <w:p>
            <w:pPr>
              <w:jc w:val="right"/>
            </w:pPr>
            <w:r>
              <w:rPr>
                <w:b/>
              </w:rPr>
              <w:t>Total Due: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rPr>
                <w:b/>
              </w:rPr>
              <w:t>$0.00</w:t>
            </w:r>
          </w:p>
        </w:tc>
      </w:tr>
    </w:tbl>
    <w:p>
      <w:r>
        <w:br/>
        <w:br/>
      </w:r>
    </w:p>
    <w:p>
      <w:r>
        <w:rPr>
          <w:b/>
          <w:color w:val="003366"/>
        </w:rPr>
        <w:t>Payment Terms &amp; Notes:</w:t>
        <w:br/>
      </w:r>
      <w:r>
        <w:t>Please make payment within 30 days of receiving this invoice. Payments can be made via check or bank transfer.</w:t>
        <w:br/>
        <w:br/>
        <w:t>Thank you for your business!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